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לשון בחט״ב: משחקים ופעילויות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כל 8 היחידות המרכזיות באתר בסדר הגיוני ומדורג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זיהוי מושגי לשון דרך דוגמאות ומשחקים מוכרים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למבחן מסכם הכולל את כל נושאי הלשון בחט״ב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כלים לתלמידים ותלמידות לתרגל באופן עצמאי בכמה מפגשים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חלקי הדיבר והפועל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שר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חלקי הדיבר והפועל – הפועל: זמן, גוף ושורש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ד-ב-ר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לימוד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חלקי הדיבר והפועל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הסיומת "תי" מציינת גוף ראשון יחיד בזמן 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חלקי הדיבר והפועל – התאמת צורות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(עבר, גוף ראשון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(הווה, גוף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(עתיד, גוף שני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(ציווי, גוף שני 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צירופים: סמיכות ושם ותוארו, ומאזכרים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בית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לדנה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צירופים: סמיכות ושם ותוארו, ומאזכרים – בדיקת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בסמיכות יש סדר קבוע: קודם הנסמך ואחריו הסומך, למשל 'בית ספר' ולא 'ספר בית'.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מאזכרים הם מילים כמו הוא, היא, זה, זאת, שמחסכות חזרה ומפנות למה שנאמר קודם.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צירופים: סמיכות ושם ותוארו, ומאזכרים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צירופים: סמיכות ושם ותוארו, ומאזכרים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(סמיכות)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(שם ותואר)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(סמיכות)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(שם ותואר)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(סמיכות)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(שם ותואר)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סימני פיסוק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סימן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נקודתיים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סימני פיסוק – תרגול לפי 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הפסיק מפריד בין חלקי משפט או פריטים ברשימה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מירכאות מסמנות ציטוט או דברי מישהו, לא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בטקסט יש גם משפטים שמסתיימים בסימן שאלה ובסימן 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סימני פיסוק – השלמה,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סימני פיסוק – התאמה בין סימן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(הפרדה בין פריטים ברשימה)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(הקדמה לפירוט או דוגמה)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(ציטוט דברי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(הוספת הערה או הסבר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(הפרדת תוספת בתוך המשפט)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כתיבת טיעון – הכרת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העמדה המרכזית שהכותב רוצה לשכנע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ההסבר שמחזק את הטענה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כתיבת טיעון – הכרת מושגי יסוד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עובדה היא מידע שאפשר לבדוק במציאות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דעה היא עמדה אישית של הכותב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כתיבת טיעון – זיהוי בטקסטים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תלבושת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כתיבת טיעון – זיהוי בטקסטים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(העמדה המרכזית שהכותב מנסה לשכנע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(ההסבר שמחזק את הטענה)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(מקרה שממחיש את הטענה)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(חיזוק הטענה בסוף הטקסט)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ניבים וביטויים – היכרות עם ניבים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אדם טוב ונדיב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משמעות שונה מהמשמעות המילולית של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כאב לו הראש אחרי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שתק ולא גילה 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ספורט ותחרות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ניבים וביטויים – השלמת ניבים בהקשר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ניבים וביטויים – הבנה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מדובר בניב: הביטוי אינו מילולי אלא מתאר תכונה של אדיבות ונתינה.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לדוגמה שמשתמש ב'עין טובה' במשמעות של נדיבות ושמחה בטוב של אחרים.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לדוגמה שמסבירה את ההבדל בין המשמעות המילולית למשמעות המושאלת של הניב שנבחר.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סוגי טקסטים ותעודת זהות לטקסט וחזרה מסכמת – זיהוי יסודי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 כתב את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שהתלמיד/ה מזהים נכון חלק דיבר, זמן וגוף של הפועל, ושורש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הבחנה נכונה בין סמיכות לשם ותוארו, זיהוי מאזכר מתאים בהקשר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שבנו טיעון הכולל נימוק ברור, וזיהו נכון סוג טקסט ופרטי תעודת הזהות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פרק אחד או שניים בכל שיעור, ולא לנסות לסיים הכול במפגש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ותלמידות המתקשים ניתן להיעזר בגרסת חנ״מ עם פחות אפשרויות ורמזים מדורגים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מומלץ להשתמש בגרסה המותאמת עם משפטים קצרים ומילון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בין עבודה עצמאית בחוברת לבין המשחקים האינטראקטיביים באתר לגיוון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לשון בחט״ב: משחקים ופעילויות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חוברת זו בנויה לפי סדר היחידות באתר לשון בחט״ב, מהפרטים הקטנים של המשפט ועד לטקסטים השלמים. עברו פרק אחר פרק, פתרו לבד ובדקו מול מפתח התשובות, ואם משהו לא ברור – חזרו למשחק או לכלל המתאים באתר.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חלקי הדיבר והפועל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במשפט "הילדה רצה מהר לגן" – מהו חלק הדיבר של המילה "מהר"?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במשפט "העץ הגבוה עומד בחצר" – מהו חלק הדיבר של המילה "הגבוה"?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משפט המילה "טוב" משמשת תואר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ספר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שר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לה לב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קיבלנו ציון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במשפט "הספר מונח על השולחן" – איזו מילה היא מילת יחס?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במשפט "הכלב השחור נבח בחצר" – מהו חלק הדיבר של המילה "השחור"?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חלקי הדיבר והפועל – הפועל: זמן, גוף ושורש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"כתבנו"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הפעולה של הפועל "לרוץ"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הפועל "נכתוב" הוא בזמן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של המילה "מדברים"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שם הפעולה של הפועל "ללמוד"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חלקי הדיבר והפועל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"ישבתי" הוא בזמן עבר, בגוף ראשון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חלקי הדיבר והפועל – התאמת צורות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הווה, גוף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כותבים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עבר, גוף ראשון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תכתבו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ציווי, גוף שני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כתבו!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עתיד, גוף שני 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צירופים: סמיכות ושם ותוארו, ומאזכרים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צירוף יש יחס של שייכות בין שתי המילים (צירוף סמיכות)?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בצירוף 'ילד חכם' המילה 'חכם'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במשפט 'דנה קראה ספר. היא אהבה אותו' – למי מתייחסת המילה 'היא'?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לאהבה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צירופים: סמיכות ושם ותוארו, ומאזכרים – בדיקת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סמיכות אפשר להחליף את סדר שתי המילים בלי שישתנה המשמעות.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מאזכר הוא מילה שמחליפה או מצביעה על מילה שכבר הוזכרה קודם בטקסט, כמו 'הוא' או 'זה'.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צירופים: סמיכות ושם ותוארו, ומאזכרים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כשמוסיפים ה' הידיעה לצירוף הסמיכות 'בית ספר' מקבלים: 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'שמלה של כלה' בלשון סמיכות: שמלת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צירופים: סמיכות ושם ותוארו, ומאזכרים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ותואר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בית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ותואר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חדר אוכל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ותואר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חדר נקי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סמיכות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עוגת 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סמיכות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עוגה טעימה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סמיכות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סימני פיסוק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בסוף משפט שמביע שאלה כותבים...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בסוף משפט שמביע רגש חזק כמו שמחה או כעס כותבים...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מירכאות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סימן פיסוק מופיע בתוך משפט לפני פירוט או רשימה?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נקודתיים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מירכאות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סימני פיסוק – תרגול לפי 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פסיק משמש להפריד בין פריטים ברשימה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מירכאות משמשות לציין שבמשפט יש הסבר נוסף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'הפתק בתיק' כל המשפטים מסתיימים בנקודה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סימני פיסוק – השלמה,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כשרוצים לצטט בדיוק את מה שמישהו אמר, משתמשים ב-__________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בטקסט 'יום ניקיון בחוף הכנרת' אחרי המילים 'המטרה הייתה פשוטה:' מופיע סימן ה-__________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סימני פיסוק – התאמה בין סימן לתפקיד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ציטוט דברי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נקודתיים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הוספת הערה או הסבר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מירכאות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הפרדה בין פריטים ברשימה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סוגריים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הפרדת תוספת בתוך המשפט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 מפריד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הקדמה לפירוט או דוגמה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כתיבת טיעון – הכרת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טענה בטקסט טיעוני?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העמדה המרכזית שהכותב רוצה לשכנע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 מהחיים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שאלה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נימוק בטקסט טיעוני?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ההסבר שמחזק את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כותרת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הפתיחה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מהמילים הבאות היא מילת קישור טיעונית?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פתאום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אתמול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כתיבת טיעון – הכרת מושגי יסוד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עובדתי אפשר לבדוק ולאמת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של דעה מבטא רגש או עמדה אישית ולא ניתן לבדוק אותו כעובדה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כתיבת טיעון – זיהוי בטקסטים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בטקסט חולצה אחת לכולם עולה השאלה אם צריך בבית הספר __________ אחידה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כתיבת טיעון – זיהוי בטקסטים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חיזוק הטענה בסוף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מקרה שממחיש את הטענה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העמדה המרכזית שהכותב מנסה לשכנע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ההסבר שמחזק את הטענה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ניבים וביטויים – היכרות עם 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הניב 'לב זהב'?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אדם קר ואדיש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אדם טוב ונדיב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אדם עשיר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אדם חכם במיוחד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ניב הוא צירוף מילים קבוע שיש לו...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משמעות מילולית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משמעות שונה מהמשמעות המילולית של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משמעות הפוכה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לו שום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משפט המילה 'ראש' מופיעה במשמעות מילולית (ולא כחלק מניב)?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ראש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כאב לו הראש אחרי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לו ראש גדול ואחריות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שבר את הראש על 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הסבירה של הביטוי 'שמר על מים בפה'?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שתה הרבה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שתק ולא גילה סוד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התרחץ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דיבר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בסיפור 'ראש בראש עד השריקה' – מאיזה תחום לקוח הביטוי 'ראש בראש'?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ספורט ותחרות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מוזיקה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ניבים וביטויים – השלמת ניבים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היא עזרה לכולם בלי לבקש תמורה, יש לה __________ זהב.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שמוכן לקחת אחריות ויוזמה אומרים עליו שיש לו __________ גדול.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הניב 'כל טיפה נחשבת' מלמד שגם תרומה __________ חשובה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ששומר סוד ולא מספר לאף אחד אומרים עליו ששמר __________ בפה.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ניבים וביטויים – הבנה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הניב 'לב זהב' לא קשור לחלק גוף אמיתי ולא למתכת.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משלכם שבו תשתמשו בניב 'עין טובה' במשמעותו הנכונה.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ניב אחד מהטקסט 'ראש בראש עד השריקה' והסבירו בשתי שורות את ההבדל בין משמעותו המילולית למשמעות הניב.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סוגי טקסטים ותעודת זהות לטקסט וחזרה מסכמת – זיהוי יסודי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סוג טקסט נכתב כדי להזמין אנשים לאירוע?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טקסט כתוב בלשון ציווי ומנחה שלב אחר שלב?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בודקים כשמזהים את ה'מוען' של 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כתב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למי הטקסט מיועד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 נכתב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 פורסם הטקסט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להבחין בין חלקי הדיבר העיקריים ולזהות את זמן הפועל וגופו?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לזהות צירוף סמיכות, שם ותוארו, ומאזכר בתוך 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לבנות טיעון עם טענה ונימוקים, ולזהות סוג טקסט ותעודת זהות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לשון בחט״ב: משחקים ופעילויות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