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8 היחידות המרכזיות באתר בסדר הגיוני ומדורג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מושגי לשון דרך דוגמאות ומשחקים מוכרים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הכולל את כל נושאי הלשון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כלים לתלמידים ותלמידות לתרגל באופן עצמאי בכמה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שר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הפועל: זמן, גוף ושורש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"תי" מציינת גוף ראשון יחיד בזמן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התאמת 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(עבר, 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(הווה, גוף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(עתיד, גוף שני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(ציווי, גוף שני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בסמיכות יש סדר קבוע: קודם הנסמך ואחריו הסומך, למשל 'בית ספר' ולא 'ספר בית'.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מאזכרים הם מילים כמו הוא, היא, זה, זאת, שמחסכות חזרה ומפנות למה שנאמר קודם.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ותואר)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ותואר)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תרגול לפי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חלקי משפט או פריטים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מירכאות מסמנות ציטוט או דברי מישהו, לא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השלמה,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 בין סימן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(הקדמה לפירוט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(ציטוט דברי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(הוספת הערה או הסבר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העמדה המרכזית שהכותב רוצה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ההסבר שמחזק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הכרת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מידע שאפשר לבדוק במציאות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היא עמדה אישית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תלבושת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כתיבת טיעון – זיהוי בטקסטים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(ההסבר שמחזק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(חיזוק הטענה בסוף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היכרות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משמעות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כאב לו הראש אחרי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השלמת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ניבים וביטויים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מדובר בניב: הביטוי אינו מילולי אלא מתאר תכונה של אדיבות ונתינה.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וחזרה מסכמת – זיהוי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שהתלמיד/ה מזהים נכון חלק דיבר, זמן וגוף של הפועל, ושורש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הבחנה נכונה בין סמיכות לשם ותוארו, זיהוי מאזכר מתאים בהקשר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שבנו טיעון הכולל נימוק ברור, וזיהו נכון סוג טקסט ופרטי תעודת הזהות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פרק אחד או שניים בכל שיעור, ולא לנסות לסיים הכול במפגש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ניתן להיעזר בגרסת חנ״מ עם פחות אפשרויות ורמזים מדורגים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בגרסה המותאמת עם משפטים קצרים ומילון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בין עבודה עצמאית בחוברת לבין המשחקים האינטראקטיביים באתר לגיוון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חוברת זו בנויה לפי סדר היחידות באתר לשון בחט״ב, מהפרטים הקטנים של המשפט ועד לטקסטים השלמים. עברו פרק אחר פרק, פתרו לבד ובדקו מול מפתח התשובות, ואם משהו לא ברור – חזרו למשחק או לכלל המתאים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כלה  ·  תלבושת  ·  עתיד  ·  ריצה  ·  הספר  ·  נקודתיים  ·  לב  ·  כ-ת-ב  ·  ראש  ·  מירכאות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חלקי הדיבר והפועל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"הילדה רצה מהר לגן" – מהו חלק הדיבר של המילה "מהר"?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"העץ הגבוה עומד בחצר" – מהו חלק הדיבר של המילה "הגבוה"?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משפט המילה "טוב" משמשת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ספר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שר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לה לב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חלקי הדיבר והפועל – הפועל: זמן, גוף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"כתבנו"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הפעולה של הפועל "לרוץ"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"נכתוב" הוא בזמן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חלקי הדיבר והפועל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"ישבתי" הוא בזמן עבר,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חלקי הדיבר והפועל – התאמת 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עתיד, גוף שני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ציווי, גוף שני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תכתבו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עבר,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כתבו!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הווה, גוף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צירוף יש יחס של שייכות בין שתי המילים (צירוף סמיכות)?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בצירוף 'ילד חכם' המילה 'חכם'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צירופים: סמיכות ושם ותוארו, ומאזכרים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סמיכות אפשר להחליף את סדר שתי המילים בלי שישתנה המשמעות.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מאזכר הוא מילה שמחליפה או מצביעה על מילה שכבר הוזכרה קודם בטקסט, כמו 'הוא' או 'זה'.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צירופים: סמיכות ושם ותוארו, ומאזכרים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כשמוסיפים ה' הידיעה לצירוף הסמיכות 'בית ספר' מקבלים: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'שמלה של כלה' בלשון סמיכות: שמלת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צירופים: סמיכות ושם ותוארו, ומאזכרים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חדר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חדר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סמיכות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סימני פיסוק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בסוף משפט שמביע שאלה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בסוף משפט שמביע רגש חזק כמו שמחה או כעס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סימני פיסוק – תרגול לפי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פסיק משמש להפריד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מירכאות משמשות לציין שבמשפט יש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סימני פיסוק – השלמה,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כשרוצים לצטט בדיוק את מה שמישהו אמר,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בטקסט 'יום ניקיון בחוף הכנרת' אחרי המילים 'המטרה הייתה פשוטה:' מופיע סימן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סימני פיסוק – התאמה בין סימן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הקדמה לפירוט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הוספת הערה או הסבר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ציטוט דברי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כתיבת טיעון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טענה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העמדה המרכזית שהכותב רוצה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שאלה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נימוק בטקסט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ההסבר שמחזק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כתיבת טיעון – הכרת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עובדתי אפשר לבדוק ולאמת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של דעה מבטא רגש או עמדה אישית ולא ניתן לבדוק אותו כעובדה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כתיבת טיעון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בטקסט חולצה אחת לכולם עולה השאלה אם צריך בבית הספר __________ אחידה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כתיבת טיעון – זיהוי בטקסטים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מקרה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חיזוק הטענה בסוף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ההסבר שמחזק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העמדה המרכזית שהכותב מנסה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ניבים וביטויים – היכרות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הניב 'לב זהב'?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אדם קר ואדיש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אדם טוב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ניב הוא צירוף מילים קבוע שיש לו...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משמעות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משמעות שונה מהמשמעות המילולית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משמעות הפוכה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משפט המילה 'ראש' מופיעה במשמעות מילולית (ולא כחלק מניב)?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ראש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כאב לו הראש אחרי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לו ראש גדול ואחריות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ניבים וביטויים – השלמת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עזרה לכולם בלי לבקש תמורה, יש לה __________ זהב.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שמוכן לקחת אחריות ויוזמה אומרים עליו שיש לו __________ גדול.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ניבים וביטויים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הניב 'לב זהב' לא קשור לחלק גוף אמיתי ולא למתכת.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סוגי טקסטים ותעודת זהות לטקסט וחזרה מסכמת – זיהוי 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נכתב כדי להזמין אנשים לאירוע?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כתוב בלשון ציווי ומנחה שלב אחר שלב?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להבחין בין חלקי הדיבר העיקריים ולזהות את זמן הפועל וגופו?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צירוף סמיכות, שם ותוארו, ומאזכר בתוך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בחט״ב: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